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after="160"/>
      </w:pPr>
      <w:r>
        <w:rPr>
          <w:rFonts w:ascii="Calibri" w:hAnsi="Calibri"/>
          <w:b/>
          <w:color w:val="7B5EA7"/>
          <w:sz w:val="40"/>
        </w:rPr>
        <w:t>Episode Transcript</w:t>
      </w:r>
    </w:p>
    <w:p>
      <w:pPr>
        <w:spacing w:before="0" w:after="40" w:line="276" w:lineRule="auto"/>
      </w:pPr>
      <w:r>
        <w:rPr>
          <w:rFonts w:ascii="Calibri" w:hAnsi="Calibri"/>
          <w:b/>
          <w:color w:val="222222"/>
          <w:sz w:val="26"/>
        </w:rPr>
        <w:t>The Main Street CEO with Theresa Cantley</w:t>
      </w:r>
    </w:p>
    <w:p>
      <w:pPr>
        <w:spacing w:before="0" w:after="40" w:line="276" w:lineRule="auto"/>
      </w:pPr>
      <w:r>
        <w:rPr>
          <w:rFonts w:ascii="Calibri" w:hAnsi="Calibri"/>
          <w:b w:val="0"/>
          <w:color w:val="222222"/>
          <w:sz w:val="24"/>
        </w:rPr>
        <w:t>Curiosity Is the Most Underrated Founder Skill</w:t>
      </w:r>
    </w:p>
    <w:p>
      <w:pPr>
        <w:spacing w:before="0" w:after="40" w:line="276" w:lineRule="auto"/>
      </w:pPr>
      <w:r>
        <w:rPr>
          <w:rFonts w:ascii="Calibri" w:hAnsi="Calibri"/>
          <w:b w:val="0"/>
          <w:color w:val="666666"/>
          <w:sz w:val="22"/>
        </w:rPr>
        <w:t>Solo episode</w:t>
      </w:r>
    </w:p>
    <w:p>
      <w:pPr>
        <w:spacing w:before="0" w:after="280" w:line="276" w:lineRule="auto"/>
      </w:pPr>
      <w:r>
        <w:rPr>
          <w:rFonts w:ascii="Calibri" w:hAnsi="Calibri"/>
          <w:b w:val="0"/>
          <w:color w:val="666666"/>
          <w:sz w:val="22"/>
        </w:rPr>
        <w:t>Runtime: approximately 19 minutes</w:t>
      </w:r>
    </w:p>
    <w:p>
      <w:pPr>
        <w:spacing w:before="0" w:after="120" w:line="276" w:lineRule="auto"/>
        <w:shd w:val="clear" w:fill="F4F1F9"/>
      </w:pPr>
      <w:r>
        <w:rPr>
          <w:rFonts w:ascii="Calibri" w:hAnsi="Calibri"/>
          <w:b w:val="0"/>
          <w:color w:val="666666"/>
          <w:sz w:val="21"/>
        </w:rPr>
        <w:t>A full text transcript of this episode is provided so the conversation is available to listeners who are deaf or hard of hearing, and to anyone who prefers to read. Timestamps are included throughout. This transcript has been lightly edited for readability: repeated words and false starts have been removed and obvious transcription errors corrected. No meaning has been changed.</w:t>
      </w:r>
    </w:p>
    <w:p>
      <w:pPr>
        <w:pStyle w:val="Heading2"/>
        <w:spacing w:before="360" w:after="160"/>
      </w:pPr>
      <w:r>
        <w:rPr>
          <w:rFonts w:ascii="Calibri" w:hAnsi="Calibri"/>
          <w:b/>
          <w:color w:val="7B5EA7"/>
          <w:sz w:val="28"/>
        </w:rPr>
        <w:t>Speakers</w:t>
      </w:r>
    </w:p>
    <w:p>
      <w:pPr>
        <w:spacing w:before="0" w:after="60" w:line="276" w:lineRule="auto"/>
      </w:pPr>
      <w:r>
        <w:rPr>
          <w:rFonts w:ascii="Calibri" w:hAnsi="Calibri"/>
          <w:b w:val="0"/>
          <w:color w:val="222222"/>
          <w:sz w:val="22"/>
        </w:rPr>
        <w:t>Theresa Cantley, host</w:t>
      </w:r>
    </w:p>
    <w:p>
      <w:pPr>
        <w:pStyle w:val="Heading2"/>
        <w:spacing w:before="360" w:after="160"/>
      </w:pPr>
      <w:r>
        <w:rPr>
          <w:rFonts w:ascii="Calibri" w:hAnsi="Calibri"/>
          <w:b/>
          <w:color w:val="7B5EA7"/>
          <w:sz w:val="28"/>
        </w:rPr>
        <w:t>Transcript</w:t>
      </w:r>
    </w:p>
    <w:p>
      <w:pPr>
        <w:keepNext/>
        <w:spacing w:before="200" w:after="0"/>
      </w:pPr>
      <w:r>
        <w:rPr>
          <w:rFonts w:ascii="Calibri" w:hAnsi="Calibri"/>
          <w:b/>
          <w:color w:val="7B5EA7"/>
          <w:sz w:val="22"/>
        </w:rPr>
        <w:t xml:space="preserve">Theresa Cantley  </w:t>
      </w:r>
      <w:r>
        <w:rPr>
          <w:rFonts w:ascii="Calibri" w:hAnsi="Calibri"/>
          <w:color w:val="666666"/>
          <w:sz w:val="20"/>
        </w:rPr>
        <w:t>(00:01)</w:t>
      </w:r>
    </w:p>
    <w:p>
      <w:pPr>
        <w:spacing w:before="40" w:after="80" w:line="276" w:lineRule="auto"/>
      </w:pPr>
      <w:r>
        <w:rPr>
          <w:rFonts w:ascii="Calibri" w:hAnsi="Calibri"/>
          <w:b w:val="0"/>
          <w:color w:val="222222"/>
          <w:sz w:val="22"/>
        </w:rPr>
        <w:t>One of the skills that people forget about the most, being a business owner, being a founder, being an entrepreneur, that they just forget about, and it's one of the most impactful skills that you can have, is curiosity. Always staying curious. And when I was younger and I was growing up, my grandfather used to always say to me, Theresa, you ask too many questions. Why are you so curious? Because he didn't mind that I asked questions, but the truth was that I was asking questions because I was curious. And he just didn't want to answer me, because he lived quite an extraordinary life. But I always asked questions because I was curious. And at that time, I was curious about stories. I was curious about people's stories. I was curious about his history, going through World War II, being in the Navy, having your parents come over from Poland and having grandparents come over from Ukraine. And I was just curious. And then my grandfather actually worked in, he worked in the fashion industry, believe it or not. He used to make men's suits and he was fabulous. And when he came back from the war, he started off, and he was stationed overseas in the Mediterranean, on a ship. And when he came back, he ended up working at this textile mill where they made men's suits, ties. He used to get the most extraordinary fabric in, which is why I think I got involved and I wanted to be a fashion designer. But the most extraordinary fabric that you would ever imagine. I mean, it was incredible and expensive, but he would get it because anything that they had left over, they actually gave to their employees, which was amazing. So anyway, that curiosity got me into the next phase of my life. And I was always very curious. I was always curious as to how things worked. And I would always ask, well, how would you build it? Or why would you do it that way? And I remember I used to drive my dad nuts,</w:t>
      </w:r>
    </w:p>
    <w:p>
      <w:pPr>
        <w:keepNext/>
        <w:spacing w:before="200" w:after="0"/>
      </w:pPr>
      <w:r>
        <w:rPr>
          <w:rFonts w:ascii="Calibri" w:hAnsi="Calibri"/>
          <w:color w:val="666666"/>
          <w:sz w:val="20"/>
        </w:rPr>
        <w:t>(02:23)</w:t>
      </w:r>
    </w:p>
    <w:p>
      <w:pPr>
        <w:spacing w:before="40" w:after="80" w:line="276" w:lineRule="auto"/>
      </w:pPr>
      <w:r>
        <w:rPr>
          <w:rFonts w:ascii="Calibri" w:hAnsi="Calibri"/>
          <w:b w:val="0"/>
          <w:color w:val="222222"/>
          <w:sz w:val="22"/>
        </w:rPr>
        <w:t>because my dad was actually a scientist. My dad was an engineer and an environmental scientist. And I would constantly ask him, well, I want to understand how it works. Or if I wanted to do something and he would say no. And I'm like, well, why? I built a plan. I would build plans all the time. And the truth is that I was curious. And I didn't really realize how much of a superpower that is until I got a little bit older. And you've probably heard me tell this story, but I'm going to tell it in a little bit of a different way. So I failed every single science class I ever took. Every single one. Hated science. And you would have thought that the fact that I hated science and didn't want to take any science classes, and any one that I ever took I ended up doing very poorly in. And you would think that would have disqualified me from a career early on talking to and working with cancer research scientists, talking to them about their experiments and their equipment and what they needed, for many, many, many years. And you would think it would have disqualified me because I had no background in science. And the truth is that when I started working there, I was given a catalog and a phone and a desk, and I was told, okay, you're going to start fielding phone calls in about five minutes, because they're coming in extraordinarily fast. And at that time I didn't realize this, but the company that I worked for had just acquired a particular product line from Germany that did something called electrophoresis experiments, which is, simply put, the process of separating DNA, unwinding it so that you can analyze it. And I thought to myself, how the heck am I going to do this? So I literally got on the first phone call. I'm reading through the catalog, and I could read, obviously. And I was just looking through it and I was like, all right, I'm going to have to figure this out. So when I got on the call with the first researcher, the first thing that I knew</w:t>
      </w:r>
    </w:p>
    <w:p>
      <w:pPr>
        <w:keepNext/>
        <w:spacing w:before="200" w:after="0"/>
      </w:pPr>
      <w:r>
        <w:rPr>
          <w:rFonts w:ascii="Calibri" w:hAnsi="Calibri"/>
          <w:color w:val="666666"/>
          <w:sz w:val="20"/>
        </w:rPr>
        <w:t>(04:40)</w:t>
      </w:r>
    </w:p>
    <w:p>
      <w:pPr>
        <w:spacing w:before="40" w:after="80" w:line="276" w:lineRule="auto"/>
      </w:pPr>
      <w:r>
        <w:rPr>
          <w:rFonts w:ascii="Calibri" w:hAnsi="Calibri"/>
          <w:b w:val="0"/>
          <w:color w:val="222222"/>
          <w:sz w:val="22"/>
        </w:rPr>
        <w:t>about being curious is that I had to be kind. I had to be kind and I had to ask way more questions than the other person on the other end. So the first researcher I talked to was a male, and he asked me, I'm looking for such and such. It was a comb, and of course you think, like, hair comb. So I'm looking for a comb with so many teeth spaces. Here's the size of the spaces in between teeth. Yada, yada, yada. And I said, so I started asking questions. What equipment does this go with? What kind of, because I knew from reading the catalog that you needed a specific type of gel. So the more questions I asked, the more I started to get curious. And then after that, I ended up helping the guy. And then another call came in and I did the same thing. And another call came in and I did the same thing. And by the end of the day, I at least had some working knowledge of the catalog. And it was the beginning of remembering 420 SKU numbers, which is crazy, right? I am from that era where we remember numbers. And that is a superpower my dad had. But I was curious. And fast forward, after electrophoresis, I had to learn about polymerase chain reaction. I had to learn about PCR machines and what they did and how they tied into the electrophoresis. And then I had to learn about sequencing systems. And then I had to learn about analyzers. And before you knew it, I had this breadth of knowledge across the molecular biology world of all these different things that fit into research that people were doing in cancer research to help people live longer, to help cure cancer, to help people feel better. And we were doing vaccine research, and, I mean, you name it, right? These were PhDs, doctors, scientists. And I just asked questions because I wanted to understand. I wanted to understand how it worked. I wanted to understand how it worked, but I also wanted to understand what kind of an impact these,</w:t>
      </w:r>
    </w:p>
    <w:p>
      <w:pPr>
        <w:keepNext/>
        <w:spacing w:before="200" w:after="0"/>
      </w:pPr>
      <w:r>
        <w:rPr>
          <w:rFonts w:ascii="Calibri" w:hAnsi="Calibri"/>
          <w:color w:val="666666"/>
          <w:sz w:val="20"/>
        </w:rPr>
        <w:t>(07:04)</w:t>
      </w:r>
    </w:p>
    <w:p>
      <w:pPr>
        <w:spacing w:before="40" w:after="80" w:line="276" w:lineRule="auto"/>
      </w:pPr>
      <w:r>
        <w:rPr>
          <w:rFonts w:ascii="Calibri" w:hAnsi="Calibri"/>
          <w:b w:val="0"/>
          <w:color w:val="222222"/>
          <w:sz w:val="22"/>
        </w:rPr>
        <w:t>this equipment, made on people. And I also wanted to understand more about the research that these people were actually doing. I wanted to understand the papers that they were writing. I used to talk to researchers all the time about the white papers that they had to write and present. And I was fascinated, because I was curious, because I wanted to understand the impact that I was making with the work that I was doing, and the curiosity that I had to these people who were doing experiments. So fast forward, and again, people used to say, why are you so obsessed with it? I'm like, I don't know. I'm just obsessed and I'm just curious. I just want to understand. And the more I asked, the more I absorbed, the more I learned, the more knowledgeable I became. And I ended up working my way up the ladder into a director role. So that same skill set I had of being curious, I then applied when we thought, okay, let's open up our first business. Let's open up our first business. And we have no idea how to open up a business, but we're going to do it, because guess what? I was also curious about learning what it took to run a business when I worked in laboratory equipment. So I understood, I asked questions about financials and about inventory and about all kinds of stuff. So when it came time to open up my first business, which was a retail store, I knew inventory, I knew warehousing, I knew systems, I knew financials. And I used that curiosity to then say, okay, what does it really take to run a business? What does it really take to build a business? And I used that same curiosity when we built the retail store to then start building out the consulting business. I had no idea how to be a consultant, but you know what? I said to myself, I can figure it out. And I can figure it out because I am curious. I'm curious about how it works and how to make it better, but also, what kind of an impact is this going to make? So you can see how this superpower, just from me asking simple questions to my grandfather when I was little about his life. That's how it all started. And then asking my dad, well, I'm going to build a business plan,</w:t>
      </w:r>
    </w:p>
    <w:p>
      <w:pPr>
        <w:keepNext/>
        <w:spacing w:before="200" w:after="0"/>
      </w:pPr>
      <w:r>
        <w:rPr>
          <w:rFonts w:ascii="Calibri" w:hAnsi="Calibri"/>
          <w:color w:val="666666"/>
          <w:sz w:val="20"/>
        </w:rPr>
        <w:t>(09:32)</w:t>
      </w:r>
    </w:p>
    <w:p>
      <w:pPr>
        <w:spacing w:before="40" w:after="80" w:line="276" w:lineRule="auto"/>
      </w:pPr>
      <w:r>
        <w:rPr>
          <w:rFonts w:ascii="Calibri" w:hAnsi="Calibri"/>
          <w:b w:val="0"/>
          <w:color w:val="222222"/>
          <w:sz w:val="22"/>
        </w:rPr>
        <w:t>a business case as to why I'm going to get this new car that you're telling me I can't have, because I already have a car, but I want this other car because it's my dream car. So I'm going to build a business plan, I'm going to figure out how to do it. But you're going to tell me how to do it so that I can do it and that I can give it to you. Right. So that's how the curiosity started. And then that curiosity, like I said, you would have thought, being somebody who didn't know anything about science, that would have disqualified me from becoming a director of operations and marketing. And it didn't, because that curiosity, my ability to say, you know what, I don't know what this is, but I am great at asking questions. I am great at being curious. I am great at digging and digging and really saying, I am determined to figure out how I'm going to make this work. So I used that curiosity to build my first business. I used that curiosity to build my second business. That curiosity also came in as I was building the consulting business, and even when I had to wind down the retail store, to say, okay, this didn't work, or I made this mistake, or I had this failure. And you know what? Now I'm going to be curious as to what exactly happened and what do I need to do next. Whereas a lot of people, when they have a failure, when they have a blunder, when they have something that didn't work, when they have something that completely flopped, when they had people leave, they don't want to get curious as to, okay, well, what can we do different? How can we make this better? They just want to fold up shop and go home, right? So curiosity is what ends up helping you and saving you, right? So that same curiosity then went into, as I started to figure out, because like I said, I didn't know about consulting. I was pricing myself the same way, when I first set up my consulting business, that the consultants that we dealt with, software consultants, which was completely different than what I was doing, how they did their pricing structure, because it was all I knew, right? So I learned a lot of valuable lessons the hard way. But I started building my consulting business.</w:t>
      </w:r>
    </w:p>
    <w:p>
      <w:pPr>
        <w:keepNext/>
        <w:spacing w:before="200" w:after="0"/>
      </w:pPr>
      <w:r>
        <w:rPr>
          <w:rFonts w:ascii="Calibri" w:hAnsi="Calibri"/>
          <w:color w:val="666666"/>
          <w:sz w:val="20"/>
        </w:rPr>
        <w:t>(11:54)</w:t>
      </w:r>
    </w:p>
    <w:p>
      <w:pPr>
        <w:spacing w:before="40" w:after="80" w:line="276" w:lineRule="auto"/>
      </w:pPr>
      <w:r>
        <w:rPr>
          <w:rFonts w:ascii="Calibri" w:hAnsi="Calibri"/>
          <w:b w:val="0"/>
          <w:color w:val="222222"/>
          <w:sz w:val="22"/>
        </w:rPr>
        <w:t>And I started using that same curiosity when I was working with people to say, tell me how your business works. Let's see if we can figure this out. And the amount of people that, when I asked that question, they didn't really know. They at least knew, well, I know that I have a restaurant and I know we need to make food. And I know we make food and I know we buy food, and that's what I know. But the ins and outs of it, they didn't really have those inner workings. So I was like, well, let's figure this out. I'm curious. I want to understand what it takes to run a restaurant, what it takes to build a restaurant, what are the metrics? And then it went into, what does it take to build an accounting firm or a law firm? What are the metrics that you need to measure? How does this fit into just regular business metrics? Same thing with retail. How do you understand inventory? How do you understand gross margin return on investment? And it was just different types of metrics. In the restaurant industry, you have prime cost, you have labor cost. In the legal world, you have billable hours. Like, how does all of this fit into that nice wrapped up package of a financial statement? How does that all fit into it? As well as, how does this all fit into the balance sheet that you're creating every month? So that curiosity helped me to build multiple businesses. That curiosity helped me to also help hundreds of founders to either build their business or to look at their business and say, how can we make this better? And that all came from curiosity. Because the truth is, I didn't start a restaurant, but I was curious to learn how, why, what needed to go into building restaurants, building a retail store, building service businesses that were totally outside of what I did as a service business. And that same curiosity is what helped me to build a relationship with a client of mine that's been a client of mine forever,</w:t>
      </w:r>
    </w:p>
    <w:p>
      <w:pPr>
        <w:keepNext/>
        <w:spacing w:before="200" w:after="0"/>
      </w:pPr>
      <w:r>
        <w:rPr>
          <w:rFonts w:ascii="Calibri" w:hAnsi="Calibri"/>
          <w:color w:val="666666"/>
          <w:sz w:val="20"/>
        </w:rPr>
        <w:t>(14:06)</w:t>
      </w:r>
    </w:p>
    <w:p>
      <w:pPr>
        <w:spacing w:before="40" w:after="80" w:line="276" w:lineRule="auto"/>
      </w:pPr>
      <w:r>
        <w:rPr>
          <w:rFonts w:ascii="Calibri" w:hAnsi="Calibri"/>
          <w:b w:val="0"/>
          <w:color w:val="222222"/>
          <w:sz w:val="22"/>
        </w:rPr>
        <w:t>to the point where now I help him run two of his businesses, Main Street businesses. And those businesses have been completely rebuilt and scaled from when I originally started working with him. Again, I didn't necessarily know that specific industry, but I was like, you know what? I'm going to be curious and I'm going to figure this out and I'm going to learn, because I have that superpower. So I encourage you to get curious about your business in three ways. Number one, how do things work? How does this work? How does the P&amp;L work? What actually goes into a P&amp;L and where do all those numbers come from? The second thing is, how can you make it better? So once you understand, how does it work? How does your income get put onto that statement? How do your expenses get put onto that statement? Where do your cost of goods come from? What is the story that this is all telling you about your profit? And really making sense out of all of that, then asking yourself the question of, okay, well, now I understand how it works, but now how can I make it better? Not just for me, but how can I make it better for the people that work for me? How can I make it better by mentoring them and guiding them and coaching them and teaching them, so that I can pull myself out of the weeds, so that I can focus on the impact that we want to make, which is the third thing you want to stay curious about. What impact do we ultimately want to make? Because the numbers come in, the numbers go out, right? Cash comes in, cash goes out. You have people that come into your business, customers, team. You want to understand, what is that impact that you want to make beyond what you sell, beyond what you serve, beyond what you do? Because that's the lasting impact. That's the impact that's going to be lasting with people. That is why they're going to continue to come back to your business time and time again. And all of that comes from being curious. It is the most underrated skill, value, I don't know, attribute.</w:t>
      </w:r>
    </w:p>
    <w:p>
      <w:pPr>
        <w:keepNext/>
        <w:spacing w:before="200" w:after="0"/>
      </w:pPr>
      <w:r>
        <w:rPr>
          <w:rFonts w:ascii="Calibri" w:hAnsi="Calibri"/>
          <w:color w:val="666666"/>
          <w:sz w:val="20"/>
        </w:rPr>
        <w:t>(16:19)</w:t>
      </w:r>
    </w:p>
    <w:p>
      <w:pPr>
        <w:spacing w:before="40" w:after="80" w:line="276" w:lineRule="auto"/>
      </w:pPr>
      <w:r>
        <w:rPr>
          <w:rFonts w:ascii="Calibri" w:hAnsi="Calibri"/>
          <w:b w:val="0"/>
          <w:color w:val="222222"/>
          <w:sz w:val="22"/>
        </w:rPr>
        <w:t>It's so undervalued. And the truth is that when you have it, it's priceless. Because whether you are sinking or swimming, whether you are soaring and your business is just going gangbusters and you are growing, or you keep running into hurdle after hurdle after hurdle. And believe me when I tell you this, I have faced periods of time, sometimes it's a month, sometimes it's a week, sometimes it's three years, where I have had struggle after struggle after struggle after struggle. And the thing that saved me, the thing that kept me going, is my curiosity. My ability to say, all right, why did this work the first time? Why is it not working now? I don't really know, but we're going to dig into this. What am I doing that I just keep doing and it's not working, but I keep doing it anyway? Just like people. I had a conversation with somebody the other day where we were talking about menu pricing. And it was, well, we've had this menu pricing for the past ten years. I don't want to change it because I don't think people are going to pay that price. And it's like, okay, well, you don't know people are going to pay that price. So let's be curious and let's increase some of the prices in alignment with the costs that have gone up. But let's test some things and put it out there, because you don't know. You don't know what you don't know about what you don't know. So we're going to be curious, right? And you also can't, which I get this a lot, so-and-so down the street sells it for this, so I think we should sell it for that. Well, again, you don't know if the pricing structure that they're using has errors in it. So what are you doing? You're just propagating their error, right? So learning how to be curious, learning how to be curious about the story that your business is trying to tell you with the day-to-day things that happen, doesn't mean you have to be in the weeds. And the goal should never be to completely remove yourself from the business. The goal should always be that you stay curious, to figure out how it works, how you can make it work better for you, for the business, for your people, for your customers, but also,</w:t>
      </w:r>
    </w:p>
    <w:p>
      <w:pPr>
        <w:keepNext/>
        <w:spacing w:before="200" w:after="0"/>
      </w:pPr>
      <w:r>
        <w:rPr>
          <w:rFonts w:ascii="Calibri" w:hAnsi="Calibri"/>
          <w:color w:val="666666"/>
          <w:sz w:val="20"/>
        </w:rPr>
        <w:t>(18:41)</w:t>
      </w:r>
    </w:p>
    <w:p>
      <w:pPr>
        <w:spacing w:before="40" w:after="80" w:line="276" w:lineRule="auto"/>
      </w:pPr>
      <w:r>
        <w:rPr>
          <w:rFonts w:ascii="Calibri" w:hAnsi="Calibri"/>
          <w:b w:val="0"/>
          <w:color w:val="222222"/>
          <w:sz w:val="22"/>
        </w:rPr>
        <w:t>what impact do you want to make? What do you want people to feel, that work for you every day, when they come into the business, with the impact that they're making with the work that they're doing? So super important. And again, it's something that gets missed so often. I see people who just simply chase vanity metrics. Likes, clicks, impressions, top line revenue, and even just chasing cost. And they don't fully understand, what does that all mean? Because if you don't understand how it all fits together and you don't understand what it all means, well then how are you going to use it to grow? How are you going to use it for growth from the inside of your business out into the world? So be curious. Be curious how things work. Be curious how you can make it better. And be curious about the impact that you want to make. You don't ever want to lose that. No matter how empowered your team is, no matter how much of an amazing team that you have, and you come out of that day-to-day grind, you never want to lose that curiosity and how you can keep growth happening. So I hope you enjoyed this episode. I would love to know what was most impactful. Leave me a comment below, a review, and I'll see you here next week. Bye for now.</w:t>
      </w:r>
    </w:p>
    <w:p>
      <w:pPr>
        <w:pStyle w:val="Heading2"/>
        <w:spacing w:before="360" w:after="160"/>
      </w:pPr>
      <w:r>
        <w:rPr>
          <w:rFonts w:ascii="Calibri" w:hAnsi="Calibri"/>
          <w:b/>
          <w:color w:val="7B5EA7"/>
          <w:sz w:val="28"/>
        </w:rPr>
        <w:t>End of transcript</w:t>
      </w:r>
    </w:p>
    <w:p>
      <w:pPr>
        <w:spacing w:before="0" w:after="120" w:line="276" w:lineRule="auto"/>
      </w:pPr>
      <w:r>
        <w:rPr>
          <w:rFonts w:ascii="Calibri" w:hAnsi="Calibri"/>
          <w:b w:val="0"/>
          <w:color w:val="222222"/>
          <w:sz w:val="22"/>
        </w:rPr>
        <w:t>Leave a comment or a review to let Theresa know what was most impactful in this episode.</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